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BIÊN BẢN GIAO XE CHO THUÊ</w:t>
      </w:r>
    </w:p>
    <w:p>
      <w:pPr>
        <w:jc w:val="center"/>
      </w:pPr>
      <w:r>
        <w:rPr>
          <w:i/>
        </w:rPr>
        <w:t>Lập khi giao xe cho khách — lập thành 2 bản, mỗi bên giữ 1 bản. Mẫu tham khảo của Carify.</w:t>
      </w:r>
    </w:p>
    <w:p>
      <w:pPr>
        <w:spacing w:before="160"/>
      </w:pPr>
      <w:r>
        <w:rPr>
          <w:b/>
        </w:rPr>
        <w:t>1. Hai bên</w:t>
      </w:r>
    </w:p>
    <w:p>
      <w:r>
        <w:t>Bên cho thuê (đơn vị cho thuê xe): …………………………………………   Điện thoại: ……………………</w:t>
      </w:r>
    </w:p>
    <w:p>
      <w:r>
        <w:t>Bên thuê (khách): …………………………………………   Điện thoại: ……………………</w:t>
      </w:r>
    </w:p>
    <w:p>
      <w:r>
        <w:t>Số CCCD / hộ chiếu của người thuê: ……………………   Số GPLX (hạng): ……………………</w:t>
      </w:r>
    </w:p>
    <w:p>
      <w:r>
        <w:t>Mã đơn / hợp đồng thuê: ……………………</w:t>
      </w:r>
    </w:p>
    <w:p>
      <w:pPr>
        <w:spacing w:before="160"/>
      </w:pPr>
      <w:r>
        <w:rPr>
          <w:b/>
        </w:rPr>
        <w:t>2. Xe</w:t>
      </w:r>
    </w:p>
    <w:p>
      <w:r>
        <w:t>Biển số: ……………………   Loại xe, dòng xe: …………………………………   Màu: ……………………</w:t>
      </w:r>
    </w:p>
    <w:p>
      <w:r>
        <w:t>Số khung: ………………………………   Số máy: ………………………………</w:t>
      </w:r>
    </w:p>
    <w:p>
      <w:pPr>
        <w:spacing w:before="160"/>
      </w:pPr>
      <w:r>
        <w:rPr>
          <w:b/>
        </w:rPr>
        <w:t>3. Tình trạng xe lúc giao</w:t>
      </w:r>
    </w:p>
    <w:p>
      <w:r>
        <w:t>Ngày, giờ giao: ……… giờ ……… ngày ……… / ……… / ………</w:t>
      </w:r>
    </w:p>
    <w:p>
      <w:r>
        <w:t>Số km trên đồng hồ: ………………… km        Mức xăng (hoặc pin): ☐ 0%  ☐ 25%  ☐ 50%  ☐ 75%  ☐ 100%</w:t>
      </w:r>
    </w:p>
    <w:p>
      <w:r>
        <w:t>Đã chụp ảnh 4 góc (trước, sau, trái, phải) và đồng hồ: ☐ Có  ☐ Chưa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/>
            <w:r>
              <w:rPr>
                <w:b/>
              </w:rPr>
              <w:t>Vị trí</w:t>
            </w:r>
          </w:p>
        </w:tc>
        <w:tc>
          <w:tcPr>
            <w:tcW w:type="dxa" w:w="1247"/>
          </w:tcPr>
          <w:p>
            <w:r/>
            <w:r>
              <w:rPr>
                <w:b/>
              </w:rPr>
              <w:t>Bình thường</w:t>
            </w:r>
          </w:p>
        </w:tc>
        <w:tc>
          <w:tcPr>
            <w:tcW w:type="dxa" w:w="1247"/>
          </w:tcPr>
          <w:p>
            <w:r/>
            <w:r>
              <w:rPr>
                <w:b/>
              </w:rPr>
              <w:t>Có vấn đề</w:t>
            </w:r>
          </w:p>
        </w:tc>
        <w:tc>
          <w:tcPr>
            <w:tcW w:type="dxa" w:w="4309"/>
          </w:tcPr>
          <w:p>
            <w:r/>
            <w:r>
              <w:rPr>
                <w:b/>
              </w:rPr>
              <w:t>Mô tả vết xước, móp, hư (vị trí, kích thước)</w:t>
            </w:r>
          </w:p>
        </w:tc>
      </w:tr>
      <w:tr>
        <w:tc>
          <w:tcPr>
            <w:tcW w:type="dxa" w:w="2835"/>
          </w:tcPr>
          <w:p>
            <w:r>
              <w:t>Đầu xe, cản trước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Đuôi xe, cản sau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Thân trái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Thân phải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Nóc, kính, đèn, gương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Lốp, mâm, yên (xe máy: chân chống, ghi đông)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Nội thất, ghế, sàn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Máy, phanh, còi, đèn báo (chạy thử)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</w:tbl>
    <w:p>
      <w:pPr>
        <w:spacing w:before="160"/>
      </w:pPr>
      <w:r>
        <w:rPr>
          <w:b/>
        </w:rPr>
        <w:t>4. Phụ kiện và giấy tờ đi kèm xe</w:t>
      </w:r>
    </w:p>
    <w:p>
      <w:r>
        <w:t>☐ Chìa khóa (số lượng ……)   ☐ Cà vẹt / giấy đăng ký (bản chính hoặc photo)   ☐ Bảo hiểm   ☐ Đăng kiểm</w:t>
      </w:r>
    </w:p>
    <w:p>
      <w:r>
        <w:t>☐ Mũ bảo hiểm (số lượng ……)   ☐ Áo mưa   ☐ Bộ dụng cụ, lốp dự phòng   ☐ Khác: ………………………………</w:t>
      </w:r>
    </w:p>
    <w:p>
      <w:pPr>
        <w:spacing w:before="160"/>
      </w:pPr>
      <w:r>
        <w:rPr>
          <w:b/>
        </w:rPr>
        <w:t>5. Giấy tờ khách để lại và tiền cọc</w:t>
      </w:r>
    </w:p>
    <w:p>
      <w:r>
        <w:t>Giấy tờ đơn vị giữ: ☐ CCCD   ☐ GPLX   ☐ Hộ chiếu   ☐ Khác: ……………………</w:t>
      </w:r>
    </w:p>
    <w:p>
      <w:r>
        <w:t>Tiền cọc: ………………………… đồng   Hình thức: ☐ Tiền mặt  ☐ Chuyển khoản</w:t>
      </w:r>
    </w:p>
    <w:p>
      <w:r>
        <w:t>Ngày, giờ hẹn trả xe: ………………………………</w:t>
      </w:r>
    </w:p>
    <w:p>
      <w:pPr>
        <w:spacing w:before="160"/>
      </w:pPr>
      <w:r>
        <w:rPr>
          <w:b/>
        </w:rPr>
        <w:t>6. Ghi chú và xác nhận</w:t>
      </w:r>
    </w:p>
    <w:p>
      <w:r>
        <w:t>Ghi chú thêm: …………………………………………………………………………………………………………</w:t>
      </w:r>
    </w:p>
    <w:p>
      <w:r>
        <w:t>Hai bên đã cùng kiểm tra xe, xem ảnh chụp và thống nhất các thông tin trên là đúng tại thời điểm giao xe.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</w:rPr>
              <w:t>BÊN CHO THUÊ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</w:rPr>
              <w:t>BÊN THUÊ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t>(Ký, ghi rõ họ tên)</w:t>
              <w:br/>
              <w:br/>
              <w:br/>
              <w:br/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(Ký, ghi rõ họ tên)</w:t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30"/>
        </w:rPr>
        <w:t>BIÊN BẢN NHẬN LẠI XE</w:t>
      </w:r>
    </w:p>
    <w:p>
      <w:pPr>
        <w:jc w:val="center"/>
      </w:pPr>
      <w:r>
        <w:rPr>
          <w:i/>
        </w:rPr>
        <w:t>Lập khi khách trả xe — đối chiếu với biên bản giao xe cùng mã đơn.</w:t>
      </w:r>
    </w:p>
    <w:p>
      <w:pPr>
        <w:spacing w:before="160"/>
      </w:pPr>
      <w:r>
        <w:rPr>
          <w:b/>
        </w:rPr>
        <w:t>1. Hai bên</w:t>
      </w:r>
    </w:p>
    <w:p>
      <w:r>
        <w:t>Bên cho thuê (đơn vị cho thuê xe): …………………………………………   Điện thoại: ……………………</w:t>
      </w:r>
    </w:p>
    <w:p>
      <w:r>
        <w:t>Bên thuê (khách): …………………………………………   Điện thoại: ……………………</w:t>
      </w:r>
    </w:p>
    <w:p>
      <w:r>
        <w:t>Số CCCD / hộ chiếu của người thuê: ……………………   Số GPLX (hạng): ……………………</w:t>
      </w:r>
    </w:p>
    <w:p>
      <w:r>
        <w:t>Mã đơn / hợp đồng thuê: ……………………</w:t>
      </w:r>
    </w:p>
    <w:p>
      <w:pPr>
        <w:spacing w:before="160"/>
      </w:pPr>
      <w:r>
        <w:rPr>
          <w:b/>
        </w:rPr>
        <w:t>2. Xe</w:t>
      </w:r>
    </w:p>
    <w:p>
      <w:r>
        <w:t>Biển số: ……………………   Loại xe, dòng xe: …………………………………   Màu: ……………………</w:t>
      </w:r>
    </w:p>
    <w:p>
      <w:r>
        <w:t>Số khung: ………………………………   Số máy: ………………………………</w:t>
      </w:r>
    </w:p>
    <w:p>
      <w:pPr>
        <w:spacing w:before="160"/>
      </w:pPr>
      <w:r>
        <w:rPr>
          <w:b/>
        </w:rPr>
        <w:t>3. Tình trạng xe lúc nhận lại</w:t>
      </w:r>
    </w:p>
    <w:p>
      <w:r>
        <w:t>Ngày, giờ nhận lại: ……… giờ ……… ngày ……… / ……… / ………</w:t>
      </w:r>
    </w:p>
    <w:p>
      <w:r>
        <w:t>Số km trên đồng hồ: ………………… km        Mức xăng (hoặc pin): ☐ 0%  ☐ 25%  ☐ 50%  ☐ 75%  ☐ 100%</w:t>
      </w:r>
    </w:p>
    <w:p>
      <w:r>
        <w:t>Đã chụp ảnh 4 góc (trước, sau, trái, phải) và đồng hồ: ☐ Có  ☐ Chưa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/>
            <w:r>
              <w:rPr>
                <w:b/>
              </w:rPr>
              <w:t>Vị trí</w:t>
            </w:r>
          </w:p>
        </w:tc>
        <w:tc>
          <w:tcPr>
            <w:tcW w:type="dxa" w:w="1247"/>
          </w:tcPr>
          <w:p>
            <w:r/>
            <w:r>
              <w:rPr>
                <w:b/>
              </w:rPr>
              <w:t>Bình thường</w:t>
            </w:r>
          </w:p>
        </w:tc>
        <w:tc>
          <w:tcPr>
            <w:tcW w:type="dxa" w:w="1247"/>
          </w:tcPr>
          <w:p>
            <w:r/>
            <w:r>
              <w:rPr>
                <w:b/>
              </w:rPr>
              <w:t>Có vấn đề</w:t>
            </w:r>
          </w:p>
        </w:tc>
        <w:tc>
          <w:tcPr>
            <w:tcW w:type="dxa" w:w="4309"/>
          </w:tcPr>
          <w:p>
            <w:r/>
            <w:r>
              <w:rPr>
                <w:b/>
              </w:rPr>
              <w:t>Mô tả vết xước, móp, hư (vị trí, kích thước)</w:t>
            </w:r>
          </w:p>
        </w:tc>
      </w:tr>
      <w:tr>
        <w:tc>
          <w:tcPr>
            <w:tcW w:type="dxa" w:w="2835"/>
          </w:tcPr>
          <w:p>
            <w:r>
              <w:t>Đầu xe, cản trước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Đuôi xe, cản sau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Thân trái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Thân phải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Nóc, kính, đèn, gương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Lốp, mâm, yên (xe máy: chân chống, ghi đông)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Nội thất, ghế, sàn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  <w:tr>
        <w:tc>
          <w:tcPr>
            <w:tcW w:type="dxa" w:w="2835"/>
          </w:tcPr>
          <w:p>
            <w:r>
              <w:t>Máy, phanh, còi, đèn báo (chạy thử)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4309"/>
          </w:tcPr>
          <w:p>
            <w:r/>
          </w:p>
        </w:tc>
      </w:tr>
    </w:tbl>
    <w:p>
      <w:pPr>
        <w:spacing w:before="160"/>
      </w:pPr>
      <w:r>
        <w:rPr>
          <w:b/>
        </w:rPr>
        <w:t>4. Đối chiếu với lúc giao</w:t>
      </w:r>
    </w:p>
    <w:p>
      <w:r>
        <w:t>Số km lúc giao: ………………… km    Số km lúc nhận lại: ………………… km    Chạy: ………………… km</w:t>
      </w:r>
    </w:p>
    <w:p>
      <w:r>
        <w:t>Mức xăng lúc giao: ………%    Lúc nhận lại: ………%    ☐ Đủ   ☐ Thiếu, phụ thu xăng: ……………… đồng</w:t>
      </w:r>
    </w:p>
    <w:p>
      <w:r>
        <w:t>Phụ kiện, giấy tờ đi kèm: ☐ Đủ như lúc giao   ☐ Thiếu: ………………………………</w:t>
      </w:r>
    </w:p>
    <w:p>
      <w:r>
        <w:t>Giờ trả thực tế: ……………………   ☐ Đúng hẹn   ☐ Trễ ……… giờ, phụ phí: ……………… đồng</w:t>
      </w:r>
    </w:p>
    <w:p>
      <w:pPr>
        <w:spacing w:before="160"/>
      </w:pPr>
      <w:r>
        <w:rPr>
          <w:b/>
        </w:rPr>
        <w:t>5. Hư hại phát sinh (so với biên bản giao)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</w:tcPr>
          <w:p>
            <w:r/>
            <w:r>
              <w:rPr>
                <w:b/>
              </w:rPr>
              <w:t>Vị trí</w:t>
            </w:r>
          </w:p>
        </w:tc>
        <w:tc>
          <w:tcPr>
            <w:tcW w:type="dxa" w:w="4535"/>
          </w:tcPr>
          <w:p>
            <w:r/>
            <w:r>
              <w:rPr>
                <w:b/>
              </w:rPr>
              <w:t>Mô tả hư hại mới</w:t>
            </w:r>
          </w:p>
        </w:tc>
        <w:tc>
          <w:tcPr>
            <w:tcW w:type="dxa" w:w="2268"/>
          </w:tcPr>
          <w:p>
            <w:r/>
            <w:r>
              <w:rPr>
                <w:b/>
              </w:rPr>
              <w:t>Phí xử lý (đồng)</w:t>
            </w:r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r>
        <w:t>Chỉ ghi hư hại mới. Vết đã ghi trong biên bản giao và hao mòn bình thường khi sử dụng không tính là hư hại phát sinh.</w:t>
      </w:r>
    </w:p>
    <w:p>
      <w:pPr>
        <w:spacing w:before="160"/>
      </w:pPr>
      <w:r>
        <w:rPr>
          <w:b/>
        </w:rPr>
        <w:t>6. Quyết toán</w:t>
      </w:r>
    </w:p>
    <w:p>
      <w:r>
        <w:t>Tiền thuê và phụ phí: ………………… đồng    Tiền cọc đã nhận: ………………… đồng</w:t>
      </w:r>
    </w:p>
    <w:p>
      <w:r>
        <w:t>☐ Khách còn phải trả: ………………… đồng    ☐ Hoàn lại cho khách: ………………… đồng    ☐ Cân bằng</w:t>
      </w:r>
    </w:p>
    <w:p>
      <w:r>
        <w:t>Giấy tờ đã trả lại cho khách: ☐ CCCD   ☐ GPLX   ☐ Hộ chiếu   ☐ Khác: ……………………</w:t>
      </w:r>
    </w:p>
    <w:p>
      <w:r>
        <w:t>Ghi chú thêm: …………………………………………………………………………………………………………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</w:rPr>
              <w:t>BÊN CHO THUÊ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</w:rPr>
              <w:t>BÊN THUÊ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t>(Ký, ghi rõ họ tên)</w:t>
              <w:br/>
              <w:br/>
              <w:br/>
              <w:br/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(Ký, ghi rõ họ tên)</w:t>
              <w:br/>
              <w:br/>
              <w:br/>
              <w:br/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